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60" w:after="40"/>
        <w:jc w:val="center"/>
      </w:pPr>
      <w:r>
        <w:rPr>
          <w:rFonts w:ascii="Arial" w:hAnsi="Arial"/>
          <w:b/>
          <w:color w:val="000000"/>
          <w:sz w:val="30"/>
        </w:rPr>
        <w:t>Şikâyet Öneri ve İtiraz Formu</w:t>
      </w:r>
    </w:p>
    <w:p>
      <w:pPr>
        <w:spacing w:after="60"/>
        <w:jc w:val="both"/>
      </w:pPr>
      <w:r>
        <w:rPr>
          <w:rFonts w:ascii="Arial" w:hAnsi="Arial"/>
          <w:b w:val="0"/>
          <w:color w:val="000000"/>
          <w:sz w:val="16"/>
        </w:rPr>
        <w:t>Bu form, MEDEM faaliyetleri, eğitimleri, değerlendirmeleri ve hizmetleri hakkında şikâyet, öneri veya itiraz bildirmek amacıyla kullanılır. İletişim bilgisi verilmediğinde bildirim incelenir ancak başvuru sahibine sonuç bildirilemeyebilir.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Bildirim Sahibinin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 veya Kurum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Telefon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E posta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Başvuru Tarihi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Yanıt Tercihi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☐ E posta     ☐ Telefon     ☐ Yanıt istemiyorum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Bildirim Bilgileri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Bildirim Türü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☐ Şikâyet     ☐ Öneri     ☐ İtiraz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İlgili Program veya Süreç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Olay veya İşlem Tarihi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Varsa Belge veya Başvuru No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Tercihler ve Değerlendirme Bilgileri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Kimlik ve iletişim bilgilerimin yalnızca inceleme ve geri bildirim amacıyla kullanılmasını istiyorum.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Bildirimimin mümkün olduğu ölçüde gizli değerlendirilmesini istiyorum.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Varsa destekleyici belgeleri forma ekledim.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Bildirimin ayrıntılı açıklaması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/>
      </w:pPr>
      <w:r>
        <w:rPr>
          <w:rFonts w:ascii="Arial" w:hAnsi="Arial"/>
          <w:b/>
          <w:color w:val="000000"/>
          <w:sz w:val="16"/>
        </w:rPr>
        <w:t>Talebiniz veya beklediğiniz çözüm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after="0" w:line="160" w:lineRule="exact"/>
      </w:pPr>
      <w:r>
        <w:rPr>
          <w:rFonts w:ascii="Arial" w:hAnsi="Arial"/>
          <w:b w:val="0"/>
          <w:color w:val="777777"/>
          <w:sz w:val="14"/>
        </w:rPr>
        <w:t>________________________________________________________________________________________________________________</w:t>
      </w:r>
    </w:p>
    <w:p>
      <w:pPr>
        <w:spacing w:before="60" w:after="20"/>
      </w:pPr>
      <w:r>
        <w:rPr>
          <w:rFonts w:ascii="Arial" w:hAnsi="Arial"/>
          <w:b/>
          <w:color w:val="172A46"/>
          <w:sz w:val="19"/>
        </w:rPr>
        <w:t>Beyan ve Onay</w:t>
      </w:r>
    </w:p>
    <w:p>
      <w:pPr>
        <w:jc w:val="both"/>
      </w:pPr>
      <w:r>
        <w:rPr>
          <w:rFonts w:ascii="Arial" w:hAnsi="Arial"/>
          <w:b w:val="0"/>
          <w:color w:val="000000"/>
          <w:sz w:val="16"/>
        </w:rPr>
        <w:t>Verdiğim bilgilerin doğru olduğunu; bildirimin nesnel biçimde incelenebilmesi için gerekli görülmesi hâlinde ek bilgi talep edilebileceğini kabul ederim.</w:t>
      </w:r>
    </w:p>
    <w:p>
      <w:pPr>
        <w:spacing w:after="0"/>
        <w:ind w:left="115" w:hanging="29"/>
      </w:pPr>
      <w:r>
        <w:rPr>
          <w:rFonts w:ascii="Arial" w:hAnsi="Arial"/>
          <w:b w:val="0"/>
          <w:color w:val="000000"/>
          <w:sz w:val="16"/>
        </w:rPr>
        <w:t>☐ Yukarıdaki bilgilerin doğru olduğunu ve ilgili bilgilendirmeyi okuduğumu kabul ederim.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8"/>
        <w:gridCol w:w="5118"/>
      </w:tblGrid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Ad Soyad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31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  <w:shd w:fill="F4F6F8"/>
          </w:tcPr>
          <w:p>
            <w:r>
              <w:rPr>
                <w:rFonts w:ascii="Arial" w:hAnsi="Arial"/>
                <w:b/>
                <w:color w:val="000000"/>
                <w:sz w:val="16"/>
              </w:rPr>
              <w:t>Tarih ve İmza</w:t>
            </w:r>
          </w:p>
        </w:tc>
        <w:tc>
          <w:tcPr>
            <w:tcW w:type="dxa" w:w="6623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68" w:type="dxa"/>
              <w:start w:w="100" w:type="dxa"/>
              <w:bottom w:w="68" w:type="dxa"/>
              <w:end w:w="100" w:type="dxa"/>
            </w:tcMar>
            <w:vAlign w:val="center"/>
          </w:tcPr>
          <w:p>
            <w:r>
              <w:rPr>
                <w:rFonts w:ascii="Arial" w:hAnsi="Arial"/>
                <w:b w:val="0"/>
                <w:color w:val="000000"/>
                <w:sz w:val="16"/>
              </w:rPr>
              <w:t>................................................................................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92" w:right="835" w:bottom="691" w:left="835" w:header="259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55555"/>
        <w:sz w:val="15"/>
      </w:rPr>
      <w:t>Mesleki Yeterlilik ve Eğitim Derneği  |  www.medem.com.tr  |  dernek@medem.com.tr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2016"/>
      <w:gridCol w:w="2016"/>
      <w:gridCol w:w="2016"/>
      <w:gridCol w:w="2016"/>
      <w:gridCol w:w="2016"/>
    </w:tblGrid>
    <w:tr>
      <w:tc>
        <w:tcPr>
          <w:tcW w:type="dxa" w:w="1468"/>
          <w:vMerge w:val="restart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57784" cy="556024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medem logo kırmızı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784" cy="55602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Form Kodu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Yayın Tarihi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Revizyon No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  <w:shd w:fill="172A46"/>
        </w:tcPr>
        <w:p>
          <w:pPr>
            <w:jc w:val="center"/>
          </w:pPr>
          <w:r>
            <w:rPr>
              <w:rFonts w:ascii="Arial" w:hAnsi="Arial"/>
              <w:b/>
              <w:color w:val="FFFFFF"/>
              <w:sz w:val="14"/>
            </w:rPr>
            <w:t>Sayfa No</w:t>
          </w:r>
        </w:p>
      </w:tc>
    </w:tr>
    <w:tr>
      <w:tc>
        <w:tcPr>
          <w:tcW w:type="dxa" w:w="2016"/>
          <w:vMerge/>
        </w:tcPr>
        <w:p/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MEDEM-FRM-008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09.09.2026</w:t>
          </w:r>
        </w:p>
      </w:tc>
      <w:tc>
        <w:tcPr>
          <w:tcW w:type="dxa" w:w="1684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/>
              <w:color w:val="000000"/>
              <w:sz w:val="16"/>
            </w:rPr>
            <w:t>00</w:t>
          </w:r>
        </w:p>
      </w:tc>
      <w:tc>
        <w:tcPr>
          <w:tcW w:type="dxa" w:w="1972"/>
          <w:tcBorders>
            <w:top w:val="single" w:sz="6" w:color="D9D9D9"/>
            <w:left w:val="single" w:sz="6" w:color="D9D9D9"/>
            <w:bottom w:val="single" w:sz="6" w:color="D9D9D9"/>
            <w:right w:val="single" w:sz="6" w:color="D9D9D9"/>
            <w:insideH w:val="single" w:sz="6" w:color="D9D9D9"/>
            <w:insideV w:val="single" w:sz="6" w:color="D9D9D9"/>
          </w:tcBorders>
          <w:tcMar>
            <w:top w:w="55" w:type="dxa"/>
            <w:start w:w="70" w:type="dxa"/>
            <w:bottom w:w="55" w:type="dxa"/>
            <w:end w:w="70" w:type="dxa"/>
          </w:tcMar>
          <w:vAlign w:val="center"/>
        </w:tcPr>
        <w:p>
          <w:pPr>
            <w:jc w:val="center"/>
          </w:pP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PAGE</w:instrText>
            <w:fldChar w:fldCharType="separate"/>
            <w:t>1</w:t>
            <w:fldChar w:fldCharType="end"/>
          </w:r>
          <w:r>
            <w:rPr>
              <w:rFonts w:ascii="Arial" w:hAnsi="Arial"/>
              <w:b/>
              <w:color w:val="000000"/>
              <w:sz w:val="16"/>
            </w:rPr>
            <w:t xml:space="preserve"> / </w:t>
          </w:r>
          <w:r>
            <w:rPr>
              <w:rFonts w:ascii="Arial" w:hAnsi="Arial"/>
              <w:b w:val="0"/>
              <w:color w:val="000000"/>
              <w:sz w:val="16"/>
            </w:rPr>
            <w:fldChar w:fldCharType="begin"/>
            <w:instrText xml:space="preserve">NUMPAGES</w:instrText>
            <w:fldChar w:fldCharType="separate"/>
            <w:t>1</w:t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40" w:lineRule="auto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Şikâyet Öneri ve İtiraz Formu</dc:title>
  <dc:subject>MEDEM-FRM-008</dc:subject>
  <dc:creator>Mesleki Yeterlilik ve Eğitim Derneği</dc:creator>
  <cp:keywords>MEDEM, form, kurumsal belge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