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60" w:after="40"/>
        <w:jc w:val="center"/>
      </w:pPr>
      <w:r>
        <w:rPr>
          <w:rFonts w:ascii="Arial" w:hAnsi="Arial"/>
          <w:b/>
          <w:color w:val="000000"/>
          <w:sz w:val="30"/>
        </w:rPr>
        <w:t>Kursiyer ve Sosyal Kontenjan Başvuru Formu</w:t>
      </w:r>
    </w:p>
    <w:p>
      <w:pPr>
        <w:spacing w:after="60"/>
        <w:jc w:val="both"/>
      </w:pPr>
      <w:r>
        <w:rPr>
          <w:rFonts w:ascii="Arial" w:hAnsi="Arial"/>
          <w:b w:val="0"/>
          <w:color w:val="000000"/>
          <w:sz w:val="16"/>
        </w:rPr>
        <w:t>Bu form, bir MEDEM eğitim programına katılmak ve gerekli hâllerde sosyal kontenjan kapsamında değerlendirilmek isteyen adayların başvurusunu almak için kullanılır. Sosyal kontenjan bölümü yalnızca bu kapsamda değerlendirme isteyen adaylar tarafından doldurulur.</w:t>
      </w:r>
    </w:p>
    <w:p>
      <w:pPr>
        <w:spacing w:before="60" w:after="20"/>
      </w:pPr>
      <w:r>
        <w:rPr>
          <w:rFonts w:ascii="Arial" w:hAnsi="Arial"/>
          <w:b/>
          <w:color w:val="172A46"/>
          <w:sz w:val="19"/>
        </w:rPr>
        <w:t>Başvuru ve Kişisel Bilgiler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8"/>
        <w:gridCol w:w="5118"/>
      </w:tblGrid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Başvurulan Eğitim Programı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Ad Soyad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T C Kimlik No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Doğum Tarihi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Telefon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E posta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Adres İl ve İlçe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</w:tbl>
    <w:p>
      <w:pPr>
        <w:spacing w:before="60" w:after="20"/>
      </w:pPr>
      <w:r>
        <w:rPr>
          <w:rFonts w:ascii="Arial" w:hAnsi="Arial"/>
          <w:b/>
          <w:color w:val="172A46"/>
          <w:sz w:val="19"/>
        </w:rPr>
        <w:t>Eğitim ve Çalışma Bilgileri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8"/>
        <w:gridCol w:w="5118"/>
      </w:tblGrid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Son Mezuniyet Durumu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Meslek ve Çalışma Durumu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Daha Önce Alınan İlgili Eğitim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Varsa Özel Öğrenme İhtiyacı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</w:tbl>
    <w:p>
      <w:pPr>
        <w:spacing w:before="60" w:after="20"/>
      </w:pPr>
      <w:r>
        <w:rPr>
          <w:rFonts w:ascii="Arial" w:hAnsi="Arial"/>
          <w:b/>
          <w:color w:val="172A46"/>
          <w:sz w:val="19"/>
        </w:rPr>
        <w:t>Tercihler ve Değerlendirme Bilgileri</w:t>
      </w:r>
    </w:p>
    <w:p>
      <w:pPr>
        <w:spacing w:after="0"/>
        <w:ind w:left="115" w:hanging="29"/>
      </w:pPr>
      <w:r>
        <w:rPr>
          <w:rFonts w:ascii="Arial" w:hAnsi="Arial"/>
          <w:b w:val="0"/>
          <w:color w:val="000000"/>
          <w:sz w:val="16"/>
        </w:rPr>
        <w:t>☐ Genel kursiyer kontenjanına başvuruyorum.</w:t>
      </w:r>
    </w:p>
    <w:p>
      <w:pPr>
        <w:spacing w:after="0"/>
        <w:ind w:left="115" w:hanging="29"/>
      </w:pPr>
      <w:r>
        <w:rPr>
          <w:rFonts w:ascii="Arial" w:hAnsi="Arial"/>
          <w:b w:val="0"/>
          <w:color w:val="000000"/>
          <w:sz w:val="16"/>
        </w:rPr>
        <w:t>☐ Sosyal kontenjan kapsamında değerlendirilmek istiyorum.</w:t>
      </w:r>
    </w:p>
    <w:p>
      <w:pPr>
        <w:spacing w:after="0"/>
        <w:ind w:left="115" w:hanging="29"/>
      </w:pPr>
      <w:r>
        <w:rPr>
          <w:rFonts w:ascii="Arial" w:hAnsi="Arial"/>
          <w:b w:val="0"/>
          <w:color w:val="000000"/>
          <w:sz w:val="16"/>
        </w:rPr>
        <w:t>☐ İş arıyorum veya düzenli gelirim bulunmuyor.</w:t>
      </w:r>
    </w:p>
    <w:p>
      <w:pPr>
        <w:spacing w:after="0"/>
        <w:ind w:left="115" w:hanging="29"/>
      </w:pPr>
      <w:r>
        <w:rPr>
          <w:rFonts w:ascii="Arial" w:hAnsi="Arial"/>
          <w:b w:val="0"/>
          <w:color w:val="000000"/>
          <w:sz w:val="16"/>
        </w:rPr>
        <w:t>☐ Kadın, genç, engelli, afet mağduru veya sosyal desteğe ihtiyaç duyan gruplardan birindeyim.</w:t>
      </w:r>
    </w:p>
    <w:p>
      <w:pPr>
        <w:spacing w:after="0"/>
        <w:ind w:left="115" w:hanging="29"/>
      </w:pPr>
      <w:r>
        <w:rPr>
          <w:rFonts w:ascii="Arial" w:hAnsi="Arial"/>
          <w:b w:val="0"/>
          <w:color w:val="000000"/>
          <w:sz w:val="16"/>
        </w:rPr>
        <w:t>☐ Talep edilmesi hâlinde değerlendirmeyi destekleyen belgeleri sunabilirim.</w:t>
      </w:r>
    </w:p>
    <w:p>
      <w:pPr>
        <w:spacing w:after="0"/>
      </w:pPr>
      <w:r>
        <w:rPr>
          <w:rFonts w:ascii="Arial" w:hAnsi="Arial"/>
          <w:b/>
          <w:color w:val="000000"/>
          <w:sz w:val="16"/>
        </w:rPr>
        <w:t>Eğitime katılma amacınız ve mesleki hedefiniz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/>
      </w:pPr>
      <w:r>
        <w:rPr>
          <w:rFonts w:ascii="Arial" w:hAnsi="Arial"/>
          <w:b/>
          <w:color w:val="000000"/>
          <w:sz w:val="16"/>
        </w:rPr>
        <w:t>Sosyal kontenjan talebinizin kısa gerekçesi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before="60" w:after="20"/>
      </w:pPr>
      <w:r>
        <w:rPr>
          <w:rFonts w:ascii="Arial" w:hAnsi="Arial"/>
          <w:b/>
          <w:color w:val="172A46"/>
          <w:sz w:val="19"/>
        </w:rPr>
        <w:t>Beyan ve Onay</w:t>
      </w:r>
    </w:p>
    <w:p>
      <w:pPr>
        <w:jc w:val="both"/>
      </w:pPr>
      <w:r>
        <w:rPr>
          <w:rFonts w:ascii="Arial" w:hAnsi="Arial"/>
          <w:b w:val="0"/>
          <w:color w:val="000000"/>
          <w:sz w:val="16"/>
        </w:rPr>
        <w:t>Başvuru koşullarını ve kontenjanların sınırlı olduğunu bildiğimi; sosyal kontenjan değerlendirmesinin beyan, ihtiyaç ve program ölçütlerine göre yapılacağını kabul ederim. Yanlış veya yanıltıcı bilgi verilmesi hâlinde başvurunun iptal edilebileceğini beyan ederim.</w:t>
      </w:r>
    </w:p>
    <w:p>
      <w:pPr>
        <w:spacing w:after="0"/>
        <w:ind w:left="115" w:hanging="29"/>
      </w:pPr>
      <w:r>
        <w:rPr>
          <w:rFonts w:ascii="Arial" w:hAnsi="Arial"/>
          <w:b w:val="0"/>
          <w:color w:val="000000"/>
          <w:sz w:val="16"/>
        </w:rPr>
        <w:t>☐ Yukarıdaki bilgilerin doğru olduğunu ve ilgili bilgilendirmeyi okuduğumu kabul ederim.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8"/>
        <w:gridCol w:w="5118"/>
      </w:tblGrid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Ad Soyad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Tarih ve İmza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792" w:right="835" w:bottom="691" w:left="835" w:header="259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color w:val="555555"/>
        <w:sz w:val="15"/>
      </w:rPr>
      <w:t>Mesleki Yeterlilik ve Eğitim Derneği  |  www.medem.com.tr  |  dernek@medem.com.tr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2016"/>
      <w:gridCol w:w="2016"/>
      <w:gridCol w:w="2016"/>
      <w:gridCol w:w="2016"/>
      <w:gridCol w:w="2016"/>
    </w:tblGrid>
    <w:tr>
      <w:tc>
        <w:tcPr>
          <w:tcW w:type="dxa" w:w="1468"/>
          <w:vMerge w:val="restart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</w:tcPr>
        <w:p>
          <w:pPr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557784" cy="556024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medem logo kırmızı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7784" cy="55602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1684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  <w:shd w:fill="172A46"/>
        </w:tcPr>
        <w:p>
          <w:pPr>
            <w:jc w:val="center"/>
          </w:pPr>
          <w:r>
            <w:rPr>
              <w:rFonts w:ascii="Arial" w:hAnsi="Arial"/>
              <w:b/>
              <w:color w:val="FFFFFF"/>
              <w:sz w:val="14"/>
            </w:rPr>
            <w:t>Form Kodu</w:t>
          </w:r>
        </w:p>
      </w:tc>
      <w:tc>
        <w:tcPr>
          <w:tcW w:type="dxa" w:w="1684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  <w:shd w:fill="172A46"/>
        </w:tcPr>
        <w:p>
          <w:pPr>
            <w:jc w:val="center"/>
          </w:pPr>
          <w:r>
            <w:rPr>
              <w:rFonts w:ascii="Arial" w:hAnsi="Arial"/>
              <w:b/>
              <w:color w:val="FFFFFF"/>
              <w:sz w:val="14"/>
            </w:rPr>
            <w:t>Yayın Tarihi</w:t>
          </w:r>
        </w:p>
      </w:tc>
      <w:tc>
        <w:tcPr>
          <w:tcW w:type="dxa" w:w="1684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  <w:shd w:fill="172A46"/>
        </w:tcPr>
        <w:p>
          <w:pPr>
            <w:jc w:val="center"/>
          </w:pPr>
          <w:r>
            <w:rPr>
              <w:rFonts w:ascii="Arial" w:hAnsi="Arial"/>
              <w:b/>
              <w:color w:val="FFFFFF"/>
              <w:sz w:val="14"/>
            </w:rPr>
            <w:t>Revizyon No</w:t>
          </w:r>
        </w:p>
      </w:tc>
      <w:tc>
        <w:tcPr>
          <w:tcW w:type="dxa" w:w="1972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  <w:shd w:fill="172A46"/>
        </w:tcPr>
        <w:p>
          <w:pPr>
            <w:jc w:val="center"/>
          </w:pPr>
          <w:r>
            <w:rPr>
              <w:rFonts w:ascii="Arial" w:hAnsi="Arial"/>
              <w:b/>
              <w:color w:val="FFFFFF"/>
              <w:sz w:val="14"/>
            </w:rPr>
            <w:t>Sayfa No</w:t>
          </w:r>
        </w:p>
      </w:tc>
    </w:tr>
    <w:tr>
      <w:tc>
        <w:tcPr>
          <w:tcW w:type="dxa" w:w="2016"/>
          <w:vMerge/>
        </w:tcPr>
        <w:p/>
      </w:tc>
      <w:tc>
        <w:tcPr>
          <w:tcW w:type="dxa" w:w="1684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</w:tcPr>
        <w:p>
          <w:pPr>
            <w:jc w:val="center"/>
          </w:pPr>
          <w:r>
            <w:rPr>
              <w:rFonts w:ascii="Arial" w:hAnsi="Arial"/>
              <w:b/>
              <w:color w:val="000000"/>
              <w:sz w:val="16"/>
            </w:rPr>
            <w:t>MEDEM-FRM-003</w:t>
          </w:r>
        </w:p>
      </w:tc>
      <w:tc>
        <w:tcPr>
          <w:tcW w:type="dxa" w:w="1684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</w:tcPr>
        <w:p>
          <w:pPr>
            <w:jc w:val="center"/>
          </w:pPr>
          <w:r>
            <w:rPr>
              <w:rFonts w:ascii="Arial" w:hAnsi="Arial"/>
              <w:b/>
              <w:color w:val="000000"/>
              <w:sz w:val="16"/>
            </w:rPr>
            <w:t>09.09.2026</w:t>
          </w:r>
        </w:p>
      </w:tc>
      <w:tc>
        <w:tcPr>
          <w:tcW w:type="dxa" w:w="1684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</w:tcPr>
        <w:p>
          <w:pPr>
            <w:jc w:val="center"/>
          </w:pPr>
          <w:r>
            <w:rPr>
              <w:rFonts w:ascii="Arial" w:hAnsi="Arial"/>
              <w:b/>
              <w:color w:val="000000"/>
              <w:sz w:val="16"/>
            </w:rPr>
            <w:t>00</w:t>
          </w:r>
        </w:p>
      </w:tc>
      <w:tc>
        <w:tcPr>
          <w:tcW w:type="dxa" w:w="1972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</w:tcPr>
        <w:p>
          <w:pPr>
            <w:jc w:val="center"/>
          </w:pPr>
          <w:r>
            <w:rPr>
              <w:rFonts w:ascii="Arial" w:hAnsi="Arial"/>
              <w:b w:val="0"/>
              <w:color w:val="000000"/>
              <w:sz w:val="16"/>
            </w:rPr>
            <w:fldChar w:fldCharType="begin"/>
            <w:instrText xml:space="preserve">PAGE</w:instrText>
            <w:fldChar w:fldCharType="separate"/>
            <w:t>1</w:t>
            <w:fldChar w:fldCharType="end"/>
          </w:r>
          <w:r>
            <w:rPr>
              <w:rFonts w:ascii="Arial" w:hAnsi="Arial"/>
              <w:b/>
              <w:color w:val="000000"/>
              <w:sz w:val="16"/>
            </w:rPr>
            <w:t xml:space="preserve"> / </w:t>
          </w:r>
          <w:r>
            <w:rPr>
              <w:rFonts w:ascii="Arial" w:hAnsi="Arial"/>
              <w:b w:val="0"/>
              <w:color w:val="000000"/>
              <w:sz w:val="16"/>
            </w:rPr>
            <w:fldChar w:fldCharType="begin"/>
            <w:instrText xml:space="preserve">NUMPAGES</w:instrText>
            <w:fldChar w:fldCharType="separate"/>
            <w:t>1</w:t>
            <w:fldChar w:fldCharType="end"/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40" w:lineRule="auto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Kursiyer ve Sosyal Kontenjan Başvuru Formu</dc:title>
  <dc:subject>MEDEM-FRM-003</dc:subject>
  <dc:creator>Mesleki Yeterlilik ve Eğitim Derneği</dc:creator>
  <cp:keywords>MEDEM, form, kurumsal belge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