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Gönüllü Eğitmen Başvuru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MEDEM eğitim ve sosyal destek çalışmalarında gönüllü eğitmen olarak görev almak isteyen kişilerin mesleki yeterliliklerini, uygunluklarını ve katkı sunabilecekleri alanları değerlendirmek amacıyla kullanılır.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Kişisel ve İletişim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 C Kimlik No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Doğum Tarihi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İkamet İl ve İlçe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Mesleki Bilgiler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Mezuniyet ve Bölüm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Meslek ve Unvan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Çalışılan Kurum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Mesleki Deneyim Süresi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Eğitmenlik Deneyimi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Yüz yüze eğitim verebilirim.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Çevrim içi eğitim verebilirim.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Hafta içi görev alabilirim.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Hafta sonu görev alabilirim.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Öz geçmişimi ve varsa uzmanlık belgelerimi ekledim.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Eğitim verebileceğiniz konu ve programlar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Uygun olduğunuz gün ve saatler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Gönüllü katkı motivasyonunuz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Başvurunun kendiliğinden görevlendirme hakkı doğurmadığını; program, hedef grup ve ihtiyaçlara göre ayrıca değerlendirme yapılacağını kabul ederim. Eğitimlerde etik ilkelere, katılımcı güvenliğine, fikrî haklara ve MEDEM tarafından bildirilen program kurallarına uyacağımı beyan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MEDEM-FRM-002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Gönüllü Eğitmen Başvuru Formu</dc:title>
  <dc:subject>MEDEM-FRM-002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