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60" w:after="40"/>
        <w:jc w:val="center"/>
      </w:pPr>
      <w:r>
        <w:rPr>
          <w:rFonts w:ascii="Arial" w:hAnsi="Arial"/>
          <w:b/>
          <w:color w:val="000000"/>
          <w:sz w:val="30"/>
        </w:rPr>
        <w:t>Komite Katılım Rıza Formu</w:t>
      </w:r>
    </w:p>
    <w:p>
      <w:pPr>
        <w:spacing w:after="60"/>
        <w:jc w:val="both"/>
      </w:pPr>
      <w:r>
        <w:rPr>
          <w:rFonts w:ascii="Arial" w:hAnsi="Arial"/>
          <w:b w:val="0"/>
          <w:color w:val="000000"/>
          <w:sz w:val="16"/>
        </w:rPr>
        <w:t>Bu form, MEDEM tarafından komite görevi teklif edilen kişinin görevlendirmeye ilişkin iradesini, katkı alanını ve temel beyanlarını kayıt altına almak amacıyla düzenlenmiştir. Komite adı teklif sonrasında aşağıdaki boş alana yazılır.</w:t>
      </w:r>
    </w:p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Teklif Edilen Kişinin Bilgileri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Ad Soyad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 C Kimlik No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Meslek ve Uzmanlık Alanı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Kurum ve Unvan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Telefon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E posta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Görevlendirme Bilgileri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Komite Adı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Teklif Edilen Görev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Teklif Tarihi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Öngörülen Görev Süresi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Tercihler ve Değerlendirme Bilgileri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Komite çalışmalarına gönüllü olarak katılmayı kabul ediyorum.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Komite çalışmalarına katılmayı kabul etmiyorum.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Toplantı ve çalışmalarda öğrendiğim kurum içi bilgilerin gizliliğini koruyacağım.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Olası çıkar çatışmalarını gecikmeden MEDEM yönetimine bildireceğim.</w:t>
      </w:r>
    </w:p>
    <w:p>
      <w:pPr>
        <w:spacing w:after="0"/>
      </w:pPr>
      <w:r>
        <w:rPr>
          <w:rFonts w:ascii="Arial" w:hAnsi="Arial"/>
          <w:b/>
          <w:color w:val="000000"/>
          <w:sz w:val="16"/>
        </w:rPr>
        <w:t>Katkı sunabileceğiniz konu ve çalışmalar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/>
      </w:pPr>
      <w:r>
        <w:rPr>
          <w:rFonts w:ascii="Arial" w:hAnsi="Arial"/>
          <w:b/>
          <w:color w:val="000000"/>
          <w:sz w:val="16"/>
        </w:rPr>
        <w:t>Varsa koşul veya açıklamanız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Beyan ve Onay</w:t>
      </w:r>
    </w:p>
    <w:p>
      <w:pPr>
        <w:jc w:val="both"/>
      </w:pPr>
      <w:r>
        <w:rPr>
          <w:rFonts w:ascii="Arial" w:hAnsi="Arial"/>
          <w:b w:val="0"/>
          <w:color w:val="000000"/>
          <w:sz w:val="16"/>
        </w:rPr>
        <w:t>Görevin gönüllülük esasına dayandığını, komite kararlarının MEDEM yetkili organlarının onayıyla yürürlüğe gireceğini ve kişisel verilerimin bu görevlendirme ile sınırlı olarak işlenebileceğini bildiğimi beyan ederim.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Yukarıdaki bilgilerin doğru olduğunu ve ilgili bilgilendirmeyi okuduğumu kabul ederim.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Ad Soyad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Tarih ve İmza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92" w:right="835" w:bottom="691" w:left="835" w:header="259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555555"/>
        <w:sz w:val="15"/>
      </w:rPr>
      <w:t>Mesleki Yeterlilik ve Eğitim Derneği  |  www.medem.com.tr  |  dernek@medem.com.tr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2016"/>
      <w:gridCol w:w="2016"/>
      <w:gridCol w:w="2016"/>
      <w:gridCol w:w="2016"/>
      <w:gridCol w:w="2016"/>
    </w:tblGrid>
    <w:tr>
      <w:tc>
        <w:tcPr>
          <w:tcW w:type="dxa" w:w="1468"/>
          <w:vMerge w:val="restart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57784" cy="55602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medem logo kırmızı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784" cy="55602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Form Kodu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Yayın Tarihi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Revizyon No</w:t>
          </w:r>
        </w:p>
      </w:tc>
      <w:tc>
        <w:tcPr>
          <w:tcW w:type="dxa" w:w="1972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Sayfa No</w:t>
          </w:r>
        </w:p>
      </w:tc>
    </w:tr>
    <w:tr>
      <w:tc>
        <w:tcPr>
          <w:tcW w:type="dxa" w:w="2016"/>
          <w:vMerge/>
        </w:tcPr>
        <w:p/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MEDEM-FRM-001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09.09.2026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00</w:t>
          </w:r>
        </w:p>
      </w:tc>
      <w:tc>
        <w:tcPr>
          <w:tcW w:type="dxa" w:w="1972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 w:val="0"/>
              <w:color w:val="000000"/>
              <w:sz w:val="16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  <w:r>
            <w:rPr>
              <w:rFonts w:ascii="Arial" w:hAnsi="Arial"/>
              <w:b/>
              <w:color w:val="000000"/>
              <w:sz w:val="16"/>
            </w:rPr>
            <w:t xml:space="preserve"> / </w:t>
          </w:r>
          <w:r>
            <w:rPr>
              <w:rFonts w:ascii="Arial" w:hAnsi="Arial"/>
              <w:b w:val="0"/>
              <w:color w:val="000000"/>
              <w:sz w:val="16"/>
            </w:rPr>
            <w:fldChar w:fldCharType="begin"/>
            <w:instrText xml:space="preserve">NUMPAGES</w:instrText>
            <w:fldChar w:fldCharType="separate"/>
            <w:t>1</w:t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40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Komite Katılım Rıza Formu</dc:title>
  <dc:subject>MEDEM-FRM-001</dc:subject>
  <dc:creator>Mesleki Yeterlilik ve Eğitim Derneği</dc:creator>
  <cp:keywords>MEDEM, form, kurumsal belge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